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22CC" w14:textId="77777777" w:rsidR="00564953" w:rsidRPr="00CD089B" w:rsidRDefault="00000000">
      <w:pPr>
        <w:pStyle w:val="Ttulo1"/>
        <w:rPr>
          <w:lang w:val="es-ES"/>
        </w:rPr>
      </w:pPr>
      <w:r w:rsidRPr="00CD089B">
        <w:rPr>
          <w:lang w:val="es-ES"/>
        </w:rPr>
        <w:t>Textos cortos para web y boletines (Asociados AVACOI)</w:t>
      </w:r>
    </w:p>
    <w:p w14:paraId="01D09865" w14:textId="51E6F9F1" w:rsidR="00564953" w:rsidRPr="00CD089B" w:rsidRDefault="00000000">
      <w:pPr>
        <w:rPr>
          <w:lang w:val="es-ES"/>
        </w:rPr>
      </w:pPr>
      <w:r w:rsidRPr="00CD089B">
        <w:rPr>
          <w:b/>
          <w:bCs/>
          <w:lang w:val="es-ES"/>
        </w:rPr>
        <w:t>Texto breve 1</w:t>
      </w:r>
      <w:r w:rsidRPr="00CD089B">
        <w:rPr>
          <w:lang w:val="es-ES"/>
        </w:rPr>
        <w:t>:</w:t>
      </w:r>
      <w:r w:rsidRPr="00CD089B">
        <w:rPr>
          <w:lang w:val="es-ES"/>
        </w:rPr>
        <w:br/>
        <w:t>El 4 de noviembre se celebra en Bilbao el II Congreso PCI Zona Norte, el punto de encuentro imprescindible para profesionales de la protección contra incendios. Como asociado/a de AVACOI, te animo a difundirlo entre tus contactos. ¡Inscríbete ya y asegura tu plaza! https://congresopci.avacoi.com</w:t>
      </w:r>
      <w:r w:rsidRPr="00CD089B">
        <w:rPr>
          <w:lang w:val="es-ES"/>
        </w:rPr>
        <w:br/>
      </w:r>
    </w:p>
    <w:p w14:paraId="3A731B94" w14:textId="250F681F" w:rsidR="00564953" w:rsidRPr="00CD089B" w:rsidRDefault="00000000">
      <w:pPr>
        <w:rPr>
          <w:lang w:val="es-ES"/>
        </w:rPr>
      </w:pPr>
      <w:r w:rsidRPr="00CD089B">
        <w:rPr>
          <w:b/>
          <w:bCs/>
          <w:lang w:val="es-ES"/>
        </w:rPr>
        <w:t>Texto breve 2</w:t>
      </w:r>
      <w:r w:rsidRPr="00CD089B">
        <w:rPr>
          <w:lang w:val="es-ES"/>
        </w:rPr>
        <w:t>:</w:t>
      </w:r>
      <w:r w:rsidRPr="00CD089B">
        <w:rPr>
          <w:lang w:val="es-ES"/>
        </w:rPr>
        <w:br/>
        <w:t xml:space="preserve">El Palacio Euskalduna acoge el II Congreso PCI Zona Norte: normativa, innovación y </w:t>
      </w:r>
      <w:proofErr w:type="spellStart"/>
      <w:r w:rsidRPr="00CD089B">
        <w:rPr>
          <w:lang w:val="es-ES"/>
        </w:rPr>
        <w:t>networking</w:t>
      </w:r>
      <w:proofErr w:type="spellEnd"/>
      <w:r w:rsidRPr="00CD089B">
        <w:rPr>
          <w:lang w:val="es-ES"/>
        </w:rPr>
        <w:t>. Comparte la invitación con tus clientes y colaboradores. ¡No te lo pierdas! https://congresopci.avacoi.com</w:t>
      </w:r>
      <w:r w:rsidRPr="00CD089B">
        <w:rPr>
          <w:lang w:val="es-ES"/>
        </w:rPr>
        <w:br/>
      </w:r>
    </w:p>
    <w:p w14:paraId="6CF5E225" w14:textId="5B1A315F" w:rsidR="00564953" w:rsidRPr="00CD089B" w:rsidRDefault="00000000">
      <w:pPr>
        <w:rPr>
          <w:lang w:val="es-ES"/>
        </w:rPr>
      </w:pPr>
      <w:r w:rsidRPr="00CD089B">
        <w:rPr>
          <w:b/>
          <w:bCs/>
          <w:lang w:val="es-ES"/>
        </w:rPr>
        <w:t>Texto breve 3</w:t>
      </w:r>
      <w:r w:rsidRPr="00CD089B">
        <w:rPr>
          <w:lang w:val="es-ES"/>
        </w:rPr>
        <w:t>:</w:t>
      </w:r>
      <w:r w:rsidRPr="00CD089B">
        <w:rPr>
          <w:lang w:val="es-ES"/>
        </w:rPr>
        <w:br/>
        <w:t>El próximo 4 de noviembre se celebra en el Palacio Euskalduna de Bilbao el II Congreso PCI Zona Norte, la cita imprescindible para los profesionales de la protección contra incendios.</w:t>
      </w:r>
      <w:r w:rsidRPr="00CD089B">
        <w:rPr>
          <w:lang w:val="es-ES"/>
        </w:rPr>
        <w:br/>
      </w:r>
      <w:r w:rsidRPr="00CD089B">
        <w:rPr>
          <w:lang w:val="es-ES"/>
        </w:rPr>
        <w:br/>
        <w:t>Como asociado/a de AVACOI quiero invitarte a participar en este encuentro y aprovechar esta oportunidad única.</w:t>
      </w:r>
      <w:r w:rsidRPr="00CD089B">
        <w:rPr>
          <w:lang w:val="es-ES"/>
        </w:rPr>
        <w:br/>
      </w:r>
      <w:r w:rsidRPr="00CD089B">
        <w:rPr>
          <w:lang w:val="es-ES"/>
        </w:rPr>
        <w:br/>
        <w:t>Inscríbete aquí: https://congresopci.avacoi.com</w:t>
      </w:r>
      <w:r w:rsidRPr="00CD089B">
        <w:rPr>
          <w:lang w:val="es-ES"/>
        </w:rPr>
        <w:br/>
        <w:t>Aforo limitado. ¡No te quedes sin tu plaza!</w:t>
      </w:r>
      <w:r w:rsidRPr="00CD089B">
        <w:rPr>
          <w:lang w:val="es-ES"/>
        </w:rPr>
        <w:br/>
      </w:r>
      <w:r w:rsidRPr="00CD089B">
        <w:rPr>
          <w:lang w:val="es-ES"/>
        </w:rPr>
        <w:br/>
        <w:t>Un saludo,</w:t>
      </w:r>
      <w:r w:rsidRPr="00CD089B">
        <w:rPr>
          <w:lang w:val="es-ES"/>
        </w:rPr>
        <w:br/>
        <w:t>[Tu nombre / Nombre de tu empresa]</w:t>
      </w:r>
      <w:r w:rsidRPr="00CD089B">
        <w:rPr>
          <w:lang w:val="es-ES"/>
        </w:rPr>
        <w:br/>
      </w:r>
    </w:p>
    <w:p w14:paraId="2FF18D12" w14:textId="77777777" w:rsidR="00564953" w:rsidRDefault="00000000">
      <w:r w:rsidRPr="00CD089B">
        <w:rPr>
          <w:b/>
          <w:bCs/>
          <w:lang w:val="es-ES"/>
        </w:rPr>
        <w:t>Texto breve 4</w:t>
      </w:r>
      <w:r w:rsidRPr="00CD089B">
        <w:rPr>
          <w:lang w:val="es-ES"/>
        </w:rPr>
        <w:t>:</w:t>
      </w:r>
      <w:r w:rsidRPr="00CD089B">
        <w:rPr>
          <w:lang w:val="es-ES"/>
        </w:rPr>
        <w:br/>
        <w:t>4 noviembre – Bilbao</w:t>
      </w:r>
      <w:r w:rsidRPr="00CD089B">
        <w:rPr>
          <w:lang w:val="es-ES"/>
        </w:rPr>
        <w:br/>
        <w:t>II Congreso PCI Zona Norte, cita clave en protección contra incendios.</w:t>
      </w:r>
      <w:r w:rsidRPr="00CD089B">
        <w:rPr>
          <w:lang w:val="es-ES"/>
        </w:rPr>
        <w:br/>
        <w:t>Como asociado/a de AVACOI, te invito a participar y a difundir la convocatoria.</w:t>
      </w:r>
      <w:r w:rsidRPr="00CD089B">
        <w:rPr>
          <w:lang w:val="es-ES"/>
        </w:rPr>
        <w:br/>
      </w:r>
      <w:r>
        <w:t>¡</w:t>
      </w:r>
      <w:proofErr w:type="spellStart"/>
      <w:r>
        <w:t>Aforo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>!</w:t>
      </w:r>
      <w:r>
        <w:br/>
        <w:t>Inscríbete aquí: https://congresopci.avacoi.com</w:t>
      </w:r>
      <w:r>
        <w:br/>
      </w:r>
    </w:p>
    <w:sectPr w:rsidR="0056495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1168825">
    <w:abstractNumId w:val="8"/>
  </w:num>
  <w:num w:numId="2" w16cid:durableId="1626153950">
    <w:abstractNumId w:val="6"/>
  </w:num>
  <w:num w:numId="3" w16cid:durableId="1812556517">
    <w:abstractNumId w:val="5"/>
  </w:num>
  <w:num w:numId="4" w16cid:durableId="169638972">
    <w:abstractNumId w:val="4"/>
  </w:num>
  <w:num w:numId="5" w16cid:durableId="364404888">
    <w:abstractNumId w:val="7"/>
  </w:num>
  <w:num w:numId="6" w16cid:durableId="1860702648">
    <w:abstractNumId w:val="3"/>
  </w:num>
  <w:num w:numId="7" w16cid:durableId="1236088722">
    <w:abstractNumId w:val="2"/>
  </w:num>
  <w:num w:numId="8" w16cid:durableId="1828324120">
    <w:abstractNumId w:val="1"/>
  </w:num>
  <w:num w:numId="9" w16cid:durableId="28096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4953"/>
    <w:rsid w:val="00AA1D8D"/>
    <w:rsid w:val="00B47730"/>
    <w:rsid w:val="00B96F29"/>
    <w:rsid w:val="00CB0664"/>
    <w:rsid w:val="00CD08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29A4C95"/>
  <w14:defaultImageDpi w14:val="300"/>
  <w15:docId w15:val="{1EB45B62-966E-49B9-A167-4874C8AB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Office</cp:lastModifiedBy>
  <cp:revision>2</cp:revision>
  <dcterms:created xsi:type="dcterms:W3CDTF">2013-12-23T23:15:00Z</dcterms:created>
  <dcterms:modified xsi:type="dcterms:W3CDTF">2025-10-01T10:58:00Z</dcterms:modified>
  <cp:category/>
</cp:coreProperties>
</file>